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832E9" w14:textId="77777777" w:rsidR="006B3EF9" w:rsidRDefault="00000000">
      <w:pPr>
        <w:spacing w:before="160" w:after="80"/>
        <w:jc w:val="center"/>
      </w:pPr>
      <w:r>
        <w:rPr>
          <w:b/>
          <w:color w:val="17365D"/>
          <w:sz w:val="30"/>
        </w:rPr>
        <w:t>DOMANDA DI PARTECIPAZIONE</w:t>
      </w:r>
    </w:p>
    <w:p w14:paraId="2FA5B5EA" w14:textId="77777777" w:rsidR="006B3EF9" w:rsidRDefault="00000000">
      <w:pPr>
        <w:spacing w:after="200"/>
        <w:jc w:val="center"/>
      </w:pPr>
      <w:r>
        <w:rPr>
          <w:b/>
          <w:sz w:val="22"/>
        </w:rPr>
        <w:t>Borse di studio per gli alunni della terza classe della scuola secondaria di primo grado — a.s. 2025/2026</w:t>
      </w:r>
    </w:p>
    <w:p w14:paraId="03409E5D" w14:textId="77777777" w:rsidR="006B3EF9" w:rsidRDefault="00000000">
      <w:pPr>
        <w:jc w:val="right"/>
      </w:pPr>
      <w:r>
        <w:t>All’ASP «Dr. Vincenzo Zaccagnino»</w:t>
      </w:r>
      <w:r>
        <w:br/>
        <w:t>Località San Nazario</w:t>
      </w:r>
      <w:r>
        <w:br/>
        <w:t>71015 San Nicandro Garganico (FG)</w:t>
      </w:r>
    </w:p>
    <w:p w14:paraId="61081848" w14:textId="1C8DFCE1" w:rsidR="006B3EF9" w:rsidRPr="00C106DA" w:rsidRDefault="00000000" w:rsidP="00C106DA">
      <w:pPr>
        <w:rPr>
          <w:lang w:val="it-IT"/>
        </w:rPr>
      </w:pPr>
      <w:r w:rsidRPr="00C106DA">
        <w:rPr>
          <w:lang w:val="it-IT"/>
        </w:rPr>
        <w:t xml:space="preserve">Il/La sottoscritto/a, in qualità di genitore/tutore del minore sotto </w:t>
      </w:r>
      <w:r w:rsidR="00C106DA" w:rsidRPr="00C106DA">
        <w:rPr>
          <w:lang w:val="it-IT"/>
        </w:rPr>
        <w:t>indicato, CHIEDE</w:t>
      </w:r>
      <w:r w:rsidRPr="00C106DA">
        <w:rPr>
          <w:lang w:val="it-IT"/>
        </w:rPr>
        <w:t xml:space="preserve"> l’ammissione alla procedura per l’assegnazione di una delle n. 5 borse di studio previste dall’avviso pubblico.</w:t>
      </w:r>
    </w:p>
    <w:p w14:paraId="0E987716" w14:textId="77777777" w:rsidR="006B3EF9" w:rsidRDefault="00000000">
      <w:pPr>
        <w:pStyle w:val="Titolo1"/>
      </w:pPr>
      <w:r>
        <w:t>A. DATI DELLO STUDENTE</w:t>
      </w:r>
    </w:p>
    <w:tbl>
      <w:tblPr>
        <w:tblStyle w:val="Grigliatabell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6B3EF9" w14:paraId="5DC4485E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D4F87" w14:textId="77777777" w:rsidR="006B3EF9" w:rsidRDefault="00000000">
            <w:r>
              <w:rPr>
                <w:b/>
              </w:rPr>
              <w:t>Cognome e nome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809AED" w14:textId="77777777" w:rsidR="006B3EF9" w:rsidRDefault="00000000">
            <w:r>
              <w:t>____________________________________________________________</w:t>
            </w:r>
          </w:p>
        </w:tc>
      </w:tr>
      <w:tr w:rsidR="006B3EF9" w14:paraId="5F2AA6CF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928EC" w14:textId="77777777" w:rsidR="006B3EF9" w:rsidRDefault="00000000">
            <w:r>
              <w:rPr>
                <w:b/>
              </w:rPr>
              <w:t>Codice fiscale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43B95B" w14:textId="77777777" w:rsidR="006B3EF9" w:rsidRDefault="00000000">
            <w:r>
              <w:t>____________________________________________________________</w:t>
            </w:r>
          </w:p>
        </w:tc>
      </w:tr>
      <w:tr w:rsidR="006B3EF9" w14:paraId="0D720717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4E295F" w14:textId="77777777" w:rsidR="006B3EF9" w:rsidRDefault="00000000">
            <w:r>
              <w:rPr>
                <w:b/>
              </w:rPr>
              <w:t>Luogo e data di nascita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5D0A5" w14:textId="77777777" w:rsidR="006B3EF9" w:rsidRDefault="00000000">
            <w:r>
              <w:t>____________________________________________________________</w:t>
            </w:r>
          </w:p>
        </w:tc>
      </w:tr>
      <w:tr w:rsidR="006B3EF9" w14:paraId="64B0BBFD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6A9DA" w14:textId="77777777" w:rsidR="006B3EF9" w:rsidRDefault="00000000">
            <w:r>
              <w:rPr>
                <w:b/>
              </w:rPr>
              <w:t>Classe e sezione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EFD1A" w14:textId="77777777" w:rsidR="006B3EF9" w:rsidRDefault="00000000">
            <w:r>
              <w:t>Classe 3ª, sezione __________</w:t>
            </w:r>
          </w:p>
        </w:tc>
      </w:tr>
      <w:tr w:rsidR="006B3EF9" w14:paraId="54AAF25A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8C82D" w14:textId="77777777" w:rsidR="006B3EF9" w:rsidRDefault="00000000">
            <w:r>
              <w:rPr>
                <w:b/>
              </w:rPr>
              <w:t>Scuola frequentata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45C70" w14:textId="77777777" w:rsidR="006B3EF9" w:rsidRDefault="00000000">
            <w:r>
              <w:t>____________________________________________________________</w:t>
            </w:r>
          </w:p>
        </w:tc>
      </w:tr>
      <w:tr w:rsidR="006B3EF9" w14:paraId="160D3000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205358" w14:textId="77777777" w:rsidR="006B3EF9" w:rsidRDefault="00000000">
            <w:r>
              <w:rPr>
                <w:b/>
              </w:rPr>
              <w:t>Media dei voti finali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2A18FC" w14:textId="77777777" w:rsidR="006B3EF9" w:rsidRDefault="00000000">
            <w:r>
              <w:t>________ / 10  (come da certificazione scolastica allegata)</w:t>
            </w:r>
          </w:p>
        </w:tc>
      </w:tr>
    </w:tbl>
    <w:p w14:paraId="12F7292C" w14:textId="77777777" w:rsidR="006B3EF9" w:rsidRDefault="00000000">
      <w:pPr>
        <w:pStyle w:val="Titolo1"/>
      </w:pPr>
      <w:r>
        <w:t>B. DATI DEL GENITORE/TUTORE</w:t>
      </w:r>
    </w:p>
    <w:tbl>
      <w:tblPr>
        <w:tblStyle w:val="Grigliatabell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6B3EF9" w14:paraId="38EE0C65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F3472A" w14:textId="77777777" w:rsidR="006B3EF9" w:rsidRDefault="00000000">
            <w:r>
              <w:rPr>
                <w:b/>
              </w:rPr>
              <w:t>Cognome e nome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FDE95A" w14:textId="77777777" w:rsidR="006B3EF9" w:rsidRDefault="00000000">
            <w:r>
              <w:t>____________________________________________________________</w:t>
            </w:r>
          </w:p>
        </w:tc>
      </w:tr>
      <w:tr w:rsidR="006B3EF9" w14:paraId="0353AAE7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5E4B58" w14:textId="77777777" w:rsidR="006B3EF9" w:rsidRDefault="00000000">
            <w:r>
              <w:rPr>
                <w:b/>
              </w:rPr>
              <w:t>Codice fiscale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7D41D6" w14:textId="77777777" w:rsidR="006B3EF9" w:rsidRDefault="00000000">
            <w:r>
              <w:t>____________________________________________________________</w:t>
            </w:r>
          </w:p>
        </w:tc>
      </w:tr>
      <w:tr w:rsidR="006B3EF9" w14:paraId="0D204C46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D012A5" w14:textId="77777777" w:rsidR="006B3EF9" w:rsidRDefault="00000000">
            <w:r>
              <w:rPr>
                <w:b/>
              </w:rPr>
              <w:t>Luogo e data di nascita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81CA9" w14:textId="77777777" w:rsidR="006B3EF9" w:rsidRDefault="00000000">
            <w:r>
              <w:t>____________________________________________________________</w:t>
            </w:r>
          </w:p>
        </w:tc>
      </w:tr>
      <w:tr w:rsidR="006B3EF9" w14:paraId="7F67A6B1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ADAD8" w14:textId="77777777" w:rsidR="006B3EF9" w:rsidRDefault="00000000">
            <w:r>
              <w:rPr>
                <w:b/>
              </w:rPr>
              <w:t>Residenza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A59E6" w14:textId="77777777" w:rsidR="006B3EF9" w:rsidRDefault="00000000">
            <w:r>
              <w:t>Comune __________________ Via/Piazza __________________ n. ____</w:t>
            </w:r>
          </w:p>
        </w:tc>
      </w:tr>
      <w:tr w:rsidR="006B3EF9" w14:paraId="3BA86420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2C1D9" w14:textId="77777777" w:rsidR="006B3EF9" w:rsidRDefault="00000000">
            <w:r>
              <w:rPr>
                <w:b/>
              </w:rPr>
              <w:t>Qualità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36AE3" w14:textId="77777777" w:rsidR="006B3EF9" w:rsidRDefault="00000000">
            <w:r>
              <w:t>☐ genitore esercente la responsabilità genitoriale    ☐ tutore</w:t>
            </w:r>
          </w:p>
        </w:tc>
      </w:tr>
      <w:tr w:rsidR="006B3EF9" w14:paraId="3C320777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15FB6A" w14:textId="77777777" w:rsidR="006B3EF9" w:rsidRDefault="00000000">
            <w:r>
              <w:rPr>
                <w:b/>
              </w:rPr>
              <w:t>Telefono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5AD88A" w14:textId="77777777" w:rsidR="006B3EF9" w:rsidRDefault="00000000">
            <w:r>
              <w:t>____________________________________________________________</w:t>
            </w:r>
          </w:p>
        </w:tc>
      </w:tr>
      <w:tr w:rsidR="006B3EF9" w14:paraId="032C17BE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553832" w14:textId="77777777" w:rsidR="006B3EF9" w:rsidRDefault="00000000">
            <w:r>
              <w:rPr>
                <w:b/>
              </w:rPr>
              <w:t>E-mail / PEC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9B971" w14:textId="77777777" w:rsidR="006B3EF9" w:rsidRDefault="00000000">
            <w:r>
              <w:t>____________________________________________________________</w:t>
            </w:r>
          </w:p>
        </w:tc>
      </w:tr>
    </w:tbl>
    <w:p w14:paraId="740ACB5F" w14:textId="77777777" w:rsidR="00A11FF8" w:rsidRDefault="00A11FF8">
      <w:pPr>
        <w:pStyle w:val="Titolo1"/>
      </w:pPr>
    </w:p>
    <w:p w14:paraId="4D9798E2" w14:textId="0585AB57" w:rsidR="006B3EF9" w:rsidRDefault="00000000">
      <w:pPr>
        <w:pStyle w:val="Titolo1"/>
      </w:pPr>
      <w:r>
        <w:t>C. DICHIARAZIONI SOSTITUTIVE</w:t>
      </w:r>
    </w:p>
    <w:p w14:paraId="4BD0ED2C" w14:textId="77777777" w:rsidR="006B3EF9" w:rsidRDefault="00000000">
      <w:r>
        <w:t>Ai sensi degli artt. 46 e 47 del D.P.R. 28 dicembre 2000, n. 445, consapevole delle responsabilità penali previste dall’art. 76 e della decadenza dai benefici prevista dall’art. 75 del medesimo decreto in caso di dichiarazioni non veritiere, il/la sottoscritto/a DICHIARA:</w:t>
      </w:r>
    </w:p>
    <w:p w14:paraId="29277E03" w14:textId="77777777" w:rsidR="006B3EF9" w:rsidRDefault="00000000">
      <w:pPr>
        <w:keepLines/>
      </w:pPr>
      <w:r>
        <w:t>☐ che lo studente ha frequentato nell’a.s. 2025/2026 la classe terza della scuola secondaria di primo grado di San Nicandro Garganico;</w:t>
      </w:r>
    </w:p>
    <w:p w14:paraId="6B1A0870" w14:textId="77777777" w:rsidR="006B3EF9" w:rsidRDefault="00000000">
      <w:pPr>
        <w:keepLines/>
      </w:pPr>
      <w:r>
        <w:t>☐ che la media dei voti finali riportati nelle singole discipline è pari a ______/10 ed è comunque non inferiore a 8/10;</w:t>
      </w:r>
    </w:p>
    <w:p w14:paraId="60C2983D" w14:textId="77777777" w:rsidR="006B3EF9" w:rsidRDefault="00000000">
      <w:pPr>
        <w:keepLines/>
      </w:pPr>
      <w:r>
        <w:t>☐ che il nucleo familiare è in possesso di attestazione ISEE relativa all’anno 2025, con valore pari a € __________________ e comunque non superiore a € 25.000,00;</w:t>
      </w:r>
    </w:p>
    <w:p w14:paraId="24573733" w14:textId="77777777" w:rsidR="006B3EF9" w:rsidRDefault="00000000">
      <w:pPr>
        <w:keepLines/>
      </w:pPr>
      <w:r>
        <w:t>☐ che, alla data di scadenza dell’avviso, il numero dei componenti minorenni del nucleo familiare è pari a ______;</w:t>
      </w:r>
    </w:p>
    <w:p w14:paraId="40ED6D9A" w14:textId="77777777" w:rsidR="006B3EF9" w:rsidRDefault="00000000">
      <w:pPr>
        <w:keepLines/>
      </w:pPr>
      <w:r>
        <w:t>☐ che i dati e i documenti allegati corrispondono al vero;</w:t>
      </w:r>
    </w:p>
    <w:p w14:paraId="6F92911F" w14:textId="77777777" w:rsidR="006B3EF9" w:rsidRDefault="00000000">
      <w:pPr>
        <w:keepLines/>
      </w:pPr>
      <w:r>
        <w:t>☐ di aver preso visione e di accettare integralmente l’avviso pubblico;</w:t>
      </w:r>
    </w:p>
    <w:p w14:paraId="64D64CD8" w14:textId="77777777" w:rsidR="006B3EF9" w:rsidRDefault="00000000">
      <w:pPr>
        <w:keepLines/>
      </w:pPr>
      <w:r>
        <w:t>☐ di impegnarsi a comunicare tempestivamente ogni variazione rilevante ai fini del procedimento.</w:t>
      </w:r>
    </w:p>
    <w:p w14:paraId="0C4EDA9B" w14:textId="77777777" w:rsidR="006B3EF9" w:rsidRDefault="00000000">
      <w:pPr>
        <w:pStyle w:val="Titolo1"/>
      </w:pPr>
      <w:r>
        <w:t>D. COMPOSIZIONE DEL NUCLEO FAMILIARE</w:t>
      </w:r>
    </w:p>
    <w:tbl>
      <w:tblPr>
        <w:tblStyle w:val="Grigliatabell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900"/>
        <w:gridCol w:w="1900"/>
        <w:gridCol w:w="1660"/>
        <w:gridCol w:w="1700"/>
      </w:tblGrid>
      <w:tr w:rsidR="006B3EF9" w14:paraId="0FE2E0CF" w14:textId="77777777">
        <w:trPr>
          <w:tblHeader/>
          <w:jc w:val="center"/>
        </w:trPr>
        <w:tc>
          <w:tcPr>
            <w:tcW w:w="22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252182" w14:textId="77777777" w:rsidR="006B3EF9" w:rsidRDefault="00000000">
            <w:r>
              <w:rPr>
                <w:b/>
              </w:rPr>
              <w:t>Cognome</w:t>
            </w:r>
          </w:p>
        </w:tc>
        <w:tc>
          <w:tcPr>
            <w:tcW w:w="19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8350B7" w14:textId="77777777" w:rsidR="006B3EF9" w:rsidRDefault="00000000">
            <w:r>
              <w:rPr>
                <w:b/>
              </w:rPr>
              <w:t>Nome</w:t>
            </w:r>
          </w:p>
        </w:tc>
        <w:tc>
          <w:tcPr>
            <w:tcW w:w="19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BC6A2C" w14:textId="77777777" w:rsidR="006B3EF9" w:rsidRDefault="00000000">
            <w:r>
              <w:rPr>
                <w:b/>
              </w:rPr>
              <w:t>Luogo di nascita</w:t>
            </w:r>
          </w:p>
        </w:tc>
        <w:tc>
          <w:tcPr>
            <w:tcW w:w="166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421731" w14:textId="77777777" w:rsidR="006B3EF9" w:rsidRDefault="00000000">
            <w:r>
              <w:rPr>
                <w:b/>
              </w:rPr>
              <w:t>Data di nascita</w:t>
            </w:r>
          </w:p>
        </w:tc>
        <w:tc>
          <w:tcPr>
            <w:tcW w:w="17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807A5B" w14:textId="77777777" w:rsidR="006B3EF9" w:rsidRDefault="00000000">
            <w:r>
              <w:rPr>
                <w:b/>
              </w:rPr>
              <w:t>Rapporto con lo studente</w:t>
            </w:r>
          </w:p>
        </w:tc>
      </w:tr>
      <w:tr w:rsidR="006B3EF9" w14:paraId="2EF181A0" w14:textId="77777777"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D72052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FA955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0FD68E" w14:textId="77777777" w:rsidR="006B3EF9" w:rsidRDefault="006B3EF9"/>
        </w:tc>
        <w:tc>
          <w:tcPr>
            <w:tcW w:w="1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6D3A9" w14:textId="77777777" w:rsidR="006B3EF9" w:rsidRDefault="006B3EF9"/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2DE93" w14:textId="77777777" w:rsidR="006B3EF9" w:rsidRDefault="006B3EF9"/>
        </w:tc>
      </w:tr>
      <w:tr w:rsidR="006B3EF9" w14:paraId="59DE4E26" w14:textId="77777777"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690E6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F17CC1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BD09B" w14:textId="77777777" w:rsidR="006B3EF9" w:rsidRDefault="006B3EF9"/>
        </w:tc>
        <w:tc>
          <w:tcPr>
            <w:tcW w:w="1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8EA8A6" w14:textId="77777777" w:rsidR="006B3EF9" w:rsidRDefault="006B3EF9"/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88FB8" w14:textId="77777777" w:rsidR="006B3EF9" w:rsidRDefault="006B3EF9"/>
        </w:tc>
      </w:tr>
      <w:tr w:rsidR="006B3EF9" w14:paraId="493BEC31" w14:textId="77777777"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68EC82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4615DD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C18292" w14:textId="77777777" w:rsidR="006B3EF9" w:rsidRDefault="006B3EF9"/>
        </w:tc>
        <w:tc>
          <w:tcPr>
            <w:tcW w:w="1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AF93A" w14:textId="77777777" w:rsidR="006B3EF9" w:rsidRDefault="006B3EF9"/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F7E5E9" w14:textId="77777777" w:rsidR="006B3EF9" w:rsidRDefault="006B3EF9"/>
        </w:tc>
      </w:tr>
      <w:tr w:rsidR="006B3EF9" w14:paraId="4581AE34" w14:textId="77777777"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0F7C2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8D8CCB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F0DE1" w14:textId="77777777" w:rsidR="006B3EF9" w:rsidRDefault="006B3EF9"/>
        </w:tc>
        <w:tc>
          <w:tcPr>
            <w:tcW w:w="1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44B2D" w14:textId="77777777" w:rsidR="006B3EF9" w:rsidRDefault="006B3EF9"/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4E066" w14:textId="77777777" w:rsidR="006B3EF9" w:rsidRDefault="006B3EF9"/>
        </w:tc>
      </w:tr>
      <w:tr w:rsidR="006B3EF9" w14:paraId="5A0BFCCA" w14:textId="77777777"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4D231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0585A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3129" w14:textId="77777777" w:rsidR="006B3EF9" w:rsidRDefault="006B3EF9"/>
        </w:tc>
        <w:tc>
          <w:tcPr>
            <w:tcW w:w="1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CE223" w14:textId="77777777" w:rsidR="006B3EF9" w:rsidRDefault="006B3EF9"/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8C364C" w14:textId="77777777" w:rsidR="006B3EF9" w:rsidRDefault="006B3EF9"/>
        </w:tc>
      </w:tr>
      <w:tr w:rsidR="006B3EF9" w14:paraId="2160551A" w14:textId="77777777"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EDC2E7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5AD282" w14:textId="77777777" w:rsidR="006B3EF9" w:rsidRDefault="006B3EF9"/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AC713" w14:textId="77777777" w:rsidR="006B3EF9" w:rsidRDefault="006B3EF9"/>
        </w:tc>
        <w:tc>
          <w:tcPr>
            <w:tcW w:w="1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C41BDC" w14:textId="77777777" w:rsidR="006B3EF9" w:rsidRDefault="006B3EF9"/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6DBFB5" w14:textId="77777777" w:rsidR="006B3EF9" w:rsidRDefault="006B3EF9"/>
        </w:tc>
      </w:tr>
    </w:tbl>
    <w:p w14:paraId="07AD91D4" w14:textId="77777777" w:rsidR="006B3EF9" w:rsidRDefault="00000000">
      <w:pPr>
        <w:pStyle w:val="Titolo1"/>
      </w:pPr>
      <w:r>
        <w:t>E. DOCUMENTI ALLEGATI</w:t>
      </w:r>
    </w:p>
    <w:p w14:paraId="28C01B27" w14:textId="77777777" w:rsidR="006B3EF9" w:rsidRDefault="00000000">
      <w:pPr>
        <w:keepLines/>
      </w:pPr>
      <w:r>
        <w:t>☐ copia del documento di identità in corso di validità del sottoscrittore (non necessaria in caso di firma digitale o altra identificazione ammessa dalla legge);</w:t>
      </w:r>
    </w:p>
    <w:p w14:paraId="6CDE764A" w14:textId="77777777" w:rsidR="006B3EF9" w:rsidRDefault="00000000">
      <w:pPr>
        <w:keepLines/>
      </w:pPr>
      <w:r>
        <w:t>☐ attestazione ISEE relativa all’anno 2025;</w:t>
      </w:r>
    </w:p>
    <w:p w14:paraId="2D6CEDE5" w14:textId="77777777" w:rsidR="006B3EF9" w:rsidRDefault="00000000">
      <w:pPr>
        <w:keepLines/>
      </w:pPr>
      <w:r>
        <w:t>☐ certificazione/attestazione scolastica recante i voti finali nelle singole discipline dell’a.s. 2025/2026;</w:t>
      </w:r>
    </w:p>
    <w:p w14:paraId="46EF2B27" w14:textId="77777777" w:rsidR="006B3EF9" w:rsidRDefault="00000000">
      <w:pPr>
        <w:keepLines/>
      </w:pPr>
      <w:r>
        <w:t>☐ provvedimento di nomina del tutore, ove pertinente;</w:t>
      </w:r>
    </w:p>
    <w:p w14:paraId="60576383" w14:textId="77777777" w:rsidR="006B3EF9" w:rsidRDefault="00000000">
      <w:pPr>
        <w:keepLines/>
      </w:pPr>
      <w:r>
        <w:t>☐ altro: ____________________________________________________________________.</w:t>
      </w:r>
    </w:p>
    <w:p w14:paraId="042B9CD3" w14:textId="77777777" w:rsidR="00A11FF8" w:rsidRDefault="00A11FF8">
      <w:pPr>
        <w:pStyle w:val="Titolo1"/>
      </w:pPr>
    </w:p>
    <w:p w14:paraId="13918B75" w14:textId="5D28E024" w:rsidR="006B3EF9" w:rsidRDefault="00000000">
      <w:pPr>
        <w:pStyle w:val="Titolo1"/>
      </w:pPr>
      <w:r>
        <w:t>F. COMUNICAZIONI E MODALITÀ DI PAGAMENTO</w:t>
      </w:r>
    </w:p>
    <w:p w14:paraId="519FCC70" w14:textId="77777777" w:rsidR="006B3EF9" w:rsidRDefault="00000000">
      <w:r>
        <w:t>Il/La sottoscritto/a chiede che le comunicazioni siano inviate al recapito indicato nella sezione B e si impegna, in caso di assegnazione, a fornire all’ASP i dati necessari per il pagamento tracciabile della borsa di studio.</w:t>
      </w:r>
    </w:p>
    <w:p w14:paraId="7A72C2B8" w14:textId="77777777" w:rsidR="006B3EF9" w:rsidRDefault="00000000">
      <w:pPr>
        <w:pStyle w:val="Titolo1"/>
      </w:pPr>
      <w:r>
        <w:t>G. PRESA VISIONE DELL’INFORMATIVA PRIVACY</w:t>
      </w:r>
    </w:p>
    <w:p w14:paraId="1FA50B7A" w14:textId="77777777" w:rsidR="006B3EF9" w:rsidRDefault="00000000">
      <w:r>
        <w:t>Il/La sottoscritto/a dichiara di aver ricevuto o preso visione dell’informativa resa ai sensi degli artt. 13 e 14 del Regolamento (UE) 2016/679, riportata nell’avviso pubblico e disponibile presso gli uffici e sul sito istituzionale dell’ASP. Il trattamento è effettuato per finalità istituzionali connesse al procedimento e non è fondato sul consenso dell’interessato.</w:t>
      </w:r>
    </w:p>
    <w:p w14:paraId="19B5F9E6" w14:textId="77777777" w:rsidR="006B3EF9" w:rsidRDefault="00000000">
      <w:r>
        <w:t>Luogo e data: San Nicandro Garganico, ____ / ____ / 2026</w:t>
      </w:r>
    </w:p>
    <w:tbl>
      <w:tblPr>
        <w:tblStyle w:val="Grigliatabell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6B3EF9" w14:paraId="213ABF3A" w14:textId="77777777">
        <w:trPr>
          <w:jc w:val="center"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40B755" w14:textId="77777777" w:rsidR="006B3EF9" w:rsidRDefault="006B3EF9">
            <w:pPr>
              <w:jc w:val="center"/>
            </w:pP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C61C5B" w14:textId="77777777" w:rsidR="006B3EF9" w:rsidRDefault="00000000">
            <w:pPr>
              <w:jc w:val="center"/>
            </w:pPr>
            <w:r>
              <w:rPr>
                <w:b/>
                <w:sz w:val="19"/>
              </w:rPr>
              <w:t>FIRMA LEGGIBILE DEL GENITORE/TUTORE</w:t>
            </w:r>
            <w:r>
              <w:rPr>
                <w:b/>
                <w:sz w:val="19"/>
              </w:rPr>
              <w:br/>
              <w:t>____________________________________</w:t>
            </w:r>
          </w:p>
        </w:tc>
      </w:tr>
    </w:tbl>
    <w:p w14:paraId="65C6EAAF" w14:textId="77777777" w:rsidR="006B3EF9" w:rsidRDefault="00000000">
      <w:pPr>
        <w:pStyle w:val="Titolo1"/>
      </w:pPr>
      <w:r>
        <w:t>SPAZIO RISERVATO ALL’UFFICIO</w:t>
      </w:r>
    </w:p>
    <w:tbl>
      <w:tblPr>
        <w:tblStyle w:val="Grigliatabell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6B3EF9" w14:paraId="3227706F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263AE1" w14:textId="77777777" w:rsidR="006B3EF9" w:rsidRDefault="00000000">
            <w:r>
              <w:rPr>
                <w:b/>
              </w:rPr>
              <w:t>Protocollo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D9485" w14:textId="77777777" w:rsidR="006B3EF9" w:rsidRDefault="00000000">
            <w:r>
              <w:t>n. __________ del ____/____/2026, ore ______</w:t>
            </w:r>
          </w:p>
        </w:tc>
      </w:tr>
      <w:tr w:rsidR="006B3EF9" w14:paraId="571E4D5B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111C0E" w14:textId="77777777" w:rsidR="006B3EF9" w:rsidRDefault="00000000">
            <w:r>
              <w:rPr>
                <w:b/>
              </w:rPr>
              <w:t>Esito istruttoria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6E14BC" w14:textId="77777777" w:rsidR="006B3EF9" w:rsidRDefault="00000000">
            <w:r>
              <w:t>☐ Ammessa   ☐ Ammessa con riserva   ☐ Esclusa</w:t>
            </w:r>
          </w:p>
        </w:tc>
      </w:tr>
      <w:tr w:rsidR="006B3EF9" w14:paraId="005A7F02" w14:textId="77777777">
        <w:trPr>
          <w:jc w:val="center"/>
        </w:trPr>
        <w:tc>
          <w:tcPr>
            <w:tcW w:w="2800" w:type="dxa"/>
            <w:shd w:val="clear" w:color="auto" w:fill="EA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8A8CD3" w14:textId="77777777" w:rsidR="006B3EF9" w:rsidRDefault="00000000">
            <w:r>
              <w:rPr>
                <w:b/>
              </w:rPr>
              <w:t>Note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962A8" w14:textId="77777777" w:rsidR="006B3EF9" w:rsidRDefault="00000000">
            <w:r>
              <w:t>____________________________________________________________</w:t>
            </w:r>
            <w:r>
              <w:br/>
              <w:t>____________________________________________________________</w:t>
            </w:r>
          </w:p>
        </w:tc>
      </w:tr>
    </w:tbl>
    <w:p w14:paraId="2AC71724" w14:textId="77777777" w:rsidR="00623849" w:rsidRDefault="00623849"/>
    <w:sectPr w:rsidR="00623849" w:rsidSect="00034616">
      <w:headerReference w:type="default" r:id="rId8"/>
      <w:footerReference w:type="default" r:id="rId9"/>
      <w:pgSz w:w="11906" w:h="16838"/>
      <w:pgMar w:top="879" w:right="1134" w:bottom="879" w:left="1134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FC114" w14:textId="77777777" w:rsidR="00C67C9C" w:rsidRDefault="00C67C9C">
      <w:pPr>
        <w:spacing w:after="0" w:line="240" w:lineRule="auto"/>
      </w:pPr>
      <w:r>
        <w:separator/>
      </w:r>
    </w:p>
  </w:endnote>
  <w:endnote w:type="continuationSeparator" w:id="0">
    <w:p w14:paraId="6E8E3545" w14:textId="77777777" w:rsidR="00C67C9C" w:rsidRDefault="00C67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979F" w14:textId="77777777" w:rsidR="006B3EF9" w:rsidRDefault="00000000">
    <w:pPr>
      <w:pStyle w:val="Pidipagina"/>
      <w:jc w:val="center"/>
    </w:pPr>
    <w:r>
      <w:rPr>
        <w:color w:val="666666"/>
        <w:sz w:val="16"/>
      </w:rPr>
      <w:t>Località San Nazario — 71015 San Nicandro Garganico (FG) | PEC: aspvincenzozaccagnino@legalmail.it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A9804" w14:textId="77777777" w:rsidR="00C67C9C" w:rsidRDefault="00C67C9C">
      <w:pPr>
        <w:spacing w:after="0" w:line="240" w:lineRule="auto"/>
      </w:pPr>
      <w:r>
        <w:separator/>
      </w:r>
    </w:p>
  </w:footnote>
  <w:footnote w:type="continuationSeparator" w:id="0">
    <w:p w14:paraId="0774C957" w14:textId="77777777" w:rsidR="00C67C9C" w:rsidRDefault="00C67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2E041" w14:textId="77777777" w:rsidR="006B3EF9" w:rsidRDefault="00000000">
    <w:pPr>
      <w:pStyle w:val="Intestazione"/>
      <w:jc w:val="center"/>
    </w:pPr>
    <w:r>
      <w:rPr>
        <w:noProof/>
      </w:rPr>
      <w:drawing>
        <wp:inline distT="0" distB="0" distL="0" distR="0" wp14:anchorId="59EB1B65" wp14:editId="2B86EADA">
          <wp:extent cx="486000" cy="38625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6000" cy="386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17365D"/>
        <w:sz w:val="20"/>
      </w:rPr>
      <w:t xml:space="preserve">  AZIENDA PUBBLICA DI SERVIZI ALLA PERSONA</w:t>
    </w:r>
    <w:r>
      <w:rPr>
        <w:b/>
        <w:color w:val="17365D"/>
        <w:sz w:val="20"/>
      </w:rPr>
      <w:br/>
    </w:r>
    <w:r>
      <w:rPr>
        <w:b/>
        <w:sz w:val="18"/>
      </w:rPr>
      <w:t>‘DR. VINCENZO ZACCAGNINO’ — SAN NICANDRO GARGANICO (FG)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4012964">
    <w:abstractNumId w:val="8"/>
  </w:num>
  <w:num w:numId="2" w16cid:durableId="1561793515">
    <w:abstractNumId w:val="6"/>
  </w:num>
  <w:num w:numId="3" w16cid:durableId="1494177151">
    <w:abstractNumId w:val="5"/>
  </w:num>
  <w:num w:numId="4" w16cid:durableId="2088649785">
    <w:abstractNumId w:val="4"/>
  </w:num>
  <w:num w:numId="5" w16cid:durableId="1554078084">
    <w:abstractNumId w:val="7"/>
  </w:num>
  <w:num w:numId="6" w16cid:durableId="1578444919">
    <w:abstractNumId w:val="3"/>
  </w:num>
  <w:num w:numId="7" w16cid:durableId="1590195084">
    <w:abstractNumId w:val="2"/>
  </w:num>
  <w:num w:numId="8" w16cid:durableId="1243415105">
    <w:abstractNumId w:val="1"/>
  </w:num>
  <w:num w:numId="9" w16cid:durableId="72472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204D"/>
    <w:rsid w:val="00623849"/>
    <w:rsid w:val="006B3EF9"/>
    <w:rsid w:val="007C5BF4"/>
    <w:rsid w:val="00A11FF8"/>
    <w:rsid w:val="00AA1D8D"/>
    <w:rsid w:val="00B47730"/>
    <w:rsid w:val="00C106DA"/>
    <w:rsid w:val="00C67C9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6B8D7"/>
  <w14:defaultImageDpi w14:val="300"/>
  <w15:docId w15:val="{E4589944-408F-444C-BFE7-85D2CC16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59" w:lineRule="auto"/>
    </w:pPr>
    <w:rPr>
      <w:rFonts w:ascii="Arial" w:hAnsi="Arial"/>
      <w:color w:val="000000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17365D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7365D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Dir_Gen</cp:lastModifiedBy>
  <cp:revision>4</cp:revision>
  <dcterms:created xsi:type="dcterms:W3CDTF">2026-09-03T18:02:00Z</dcterms:created>
  <dcterms:modified xsi:type="dcterms:W3CDTF">2026-09-08T16:07:00Z</dcterms:modified>
  <cp:category/>
</cp:coreProperties>
</file>